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FORMULARZ REKLAMACJI</w:t>
        <w:br/>
        <w:br/>
        <w:t>Dane klienta:</w:t>
        <w:br/>
        <w:t>Imię i nazwisko: ………………………………………………………..</w:t>
        <w:br/>
        <w:t>Adres: ………………………………………………………………….</w:t>
        <w:br/>
        <w:t>Telefon: …………………………………………………………………</w:t>
        <w:br/>
        <w:t>E-mail: ………………………………………………………………….</w:t>
        <w:br/>
        <w:br/>
        <w:t>Numer zamówienia: ……………………………………………..</w:t>
        <w:br/>
        <w:t>Data zakupu: …………………………………………………….</w:t>
        <w:br/>
        <w:t>Data otrzymania towaru: ………………………………………..</w:t>
        <w:br/>
        <w:br/>
        <w:t>Reklamowany produkt:</w:t>
        <w:br/>
        <w:t>Nazwa towaru: ………………………………………………………..</w:t>
        <w:br/>
        <w:t>Opis towaru (np. kolor, rozmiar, numer katalogowy – jeśli dotyczy):</w:t>
        <w:br/>
        <w:t>………………………………………………………………………..</w:t>
        <w:br/>
        <w:t>………………………………………………………………………..</w:t>
        <w:br/>
        <w:br/>
        <w:t>Opis problemu / niezgodności towaru z umową:</w:t>
        <w:br/>
        <w:t>………………………………………………………………………..</w:t>
        <w:br/>
        <w:t>………………………………………………………………………..</w:t>
        <w:br/>
        <w:t>………………………………………………………………………..</w:t>
        <w:br/>
        <w:br/>
        <w:t>Data wystąpienia wady / ujawnienia niezgodności:</w:t>
        <w:br/>
        <w:t>………………………………………………………………………..</w:t>
        <w:br/>
        <w:br/>
        <w:t>Żądanie klienta (zaznacz właściwe):</w:t>
        <w:br/>
        <w:t>☐ Naprawa towaru</w:t>
        <w:br/>
        <w:t>☐ Wymiana towaru</w:t>
        <w:br/>
        <w:t>☐ Obniżenie ceny</w:t>
        <w:br/>
        <w:t>☐ Odstąpienie od umowy (w przypadku istotnej wady)</w:t>
        <w:br/>
        <w:t>☐ Inne (proszę opisać):</w:t>
        <w:br/>
        <w:t>………………………………………………………………………..</w:t>
        <w:br/>
        <w:br/>
        <w:t>Załączniki:</w:t>
        <w:br/>
        <w:t>☐ Kopia dowodu zakupu (faktura/paragon)</w:t>
        <w:br/>
        <w:t>☐ Zdjęcia wady</w:t>
        <w:br/>
        <w:t>☐ Inne: …………………………………………………….</w:t>
        <w:br/>
        <w:br/>
        <w:t>Podpis klienta:</w:t>
        <w:br/>
        <w:t>…………………………………………………….</w:t>
        <w:br/>
        <w:t>(miejsce i data)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