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FORMULARZ ODSTĄPIENIA OD UMOWY</w:t>
        <w:br/>
        <w:br/>
        <w:t>Ja/My*, niniejszym informuję/informujemy* o moim/naszym* odstąpieniu od umowy sprzedaży następujących rzeczy:</w:t>
        <w:br/>
        <w:br/>
        <w:t>Towar:</w:t>
        <w:br/>
        <w:t>…………………………………………………………………………………..</w:t>
        <w:br/>
        <w:br/>
        <w:t>Data zawarcia umowy / odbioru:</w:t>
        <w:br/>
        <w:t>…………………………………………………………………………………..</w:t>
        <w:br/>
        <w:br/>
        <w:t>Imię i nazwisko konsumenta(-ów):</w:t>
        <w:br/>
        <w:t>…………………………………………………………………………………..</w:t>
        <w:br/>
        <w:br/>
        <w:t>Adres konsumenta(-ów):</w:t>
        <w:br/>
        <w:t>…………………………………………………………………………………..</w:t>
        <w:br/>
        <w:br/>
        <w:t>Numer zamówienia:</w:t>
        <w:br/>
        <w:t>…………………………………………………………………………………..</w:t>
        <w:br/>
        <w:br/>
        <w:t>Podpis konsumenta(-ów):</w:t>
        <w:br/>
        <w:t>(tylko jeżeli formularz jest przesyłany w wersji papierowej)</w:t>
        <w:br/>
        <w:t>…………………………………………………………………………………..</w:t>
        <w:br/>
        <w:br/>
        <w:t>Data:</w:t>
        <w:br/>
        <w:t>…………………………………………………………………………………..</w:t>
        <w:br/>
        <w:br/>
        <w:t>*Niepotrzebne skreślić.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